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3A4A68"/>
          <w:sz w:val="17"/>
        </w:rPr>
        <w:t>SAMENGESTELD, FICTIEF EN GEANONIMISEERD VOORBEELD. Geen echt dossier. Namen, cijfers en situaties zijn voor de training verzonnen. Gebruik dit vrij in Copilot; er staat niets herleidbaars in. Werk in je echte werk nooit met een herleidbaar cliëntdossier in Copilot.</w:t>
      </w:r>
    </w:p>
    <w:p>
      <w:pPr>
        <w:pStyle w:val="Heading1"/>
      </w:pPr>
      <w:r>
        <w:rPr>
          <w:color w:val="09224E"/>
        </w:rPr>
        <w:t>Voortgangsrapportage Spoor 2 (fictief)</w:t>
      </w:r>
    </w:p>
    <w:p>
      <w:pPr>
        <w:spacing w:after="40"/>
      </w:pPr>
      <w:r>
        <w:t>Dossiernummer: L&amp;Y-2026-0417 (fictief)</w:t>
      </w:r>
    </w:p>
    <w:p>
      <w:pPr>
        <w:spacing w:after="40"/>
      </w:pPr>
      <w:r>
        <w:t>Kandidaat: mevrouw K. (52 jaar), voormalig medewerker klantenservice</w:t>
      </w:r>
    </w:p>
    <w:p>
      <w:pPr>
        <w:spacing w:after="40"/>
      </w:pPr>
      <w:r>
        <w:t>Opdrachtgever: Werkgever Noord BV (fictief)</w:t>
      </w:r>
    </w:p>
    <w:p>
      <w:pPr>
        <w:spacing w:after="40"/>
      </w:pPr>
      <w:r>
        <w:t>Loopbaanprofessional: (rol, geen naam)</w:t>
      </w:r>
    </w:p>
    <w:p>
      <w:pPr>
        <w:spacing w:after="40"/>
      </w:pPr>
      <w:r>
        <w:t>Traject: Spoor 2, gestart in week 52</w:t>
      </w:r>
    </w:p>
    <w:p>
      <w:pPr>
        <w:spacing w:after="40"/>
      </w:pPr>
      <w:r>
        <w:t>Rapportageperiode: derde kwartaal van het traject (maand 7 tot en met 9)</w:t>
      </w:r>
    </w:p>
    <w:p>
      <w:pPr>
        <w:spacing w:after="40"/>
      </w:pPr>
      <w:r>
        <w:t>Datum: fictief</w:t>
      </w:r>
    </w:p>
    <w:p>
      <w:pPr>
        <w:pStyle w:val="Heading2"/>
      </w:pPr>
      <w:r>
        <w:rPr>
          <w:color w:val="09224E"/>
        </w:rPr>
        <w:t>1. Aanleiding en achtergrond</w:t>
      </w:r>
    </w:p>
    <w:p>
      <w:r>
        <w:t>Mevrouw K. is ruim anderhalf jaar geleden uitgevallen voor haar functie als medewerker klantenservice. Terugkeer bij de eigen werkgever (spoor 1) is niet haalbaar gebleken. Sinds week 52 loopt een spoor 2-traject met als doel begeleiding naar passend werk bij een andere werkgever. Zij is gemotiveerd en komt de afspraken na.</w:t>
      </w:r>
    </w:p>
    <w:p>
      <w:pPr>
        <w:pStyle w:val="Heading2"/>
      </w:pPr>
      <w:r>
        <w:rPr>
          <w:color w:val="09224E"/>
        </w:rPr>
        <w:t>2. Belastbaarheid</w:t>
      </w:r>
    </w:p>
    <w:p>
      <w:r>
        <w:t>Mevrouw K. geeft aan dat het "wisselend" met haar gaat. Sommige dagen lukt meer dan andere. Zij ervaart nog vermoeidheidsklachten en heeft moeite met langdurige concentratie. In goede weken pakt zij taken in huis weer op.</w:t>
      </w:r>
    </w:p>
    <w:p>
      <w:pPr>
        <w:pStyle w:val="Heading2"/>
      </w:pPr>
      <w:r>
        <w:rPr>
          <w:color w:val="09224E"/>
        </w:rPr>
        <w:t>3. Ondernomen activiteiten in deze periode</w:t>
      </w:r>
    </w:p>
    <w:p>
      <w:r>
        <w:t>- Er hebben in deze periode enkele gesprekken met de loopbaanprofessional plaatsgevonden.</w:t>
      </w:r>
    </w:p>
    <w:p>
      <w:r>
        <w:t>- Mevrouw K. heeft gesolliciteerd.</w:t>
      </w:r>
    </w:p>
    <w:p>
      <w:r>
        <w:t>- Er is gesproken over een mogelijke werkervaringsplek in de detailhandel.</w:t>
      </w:r>
    </w:p>
    <w:p>
      <w:r>
        <w:t>- Zij heeft haar cv geactualiseerd.</w:t>
      </w:r>
    </w:p>
    <w:p>
      <w:pPr>
        <w:pStyle w:val="Heading2"/>
      </w:pPr>
      <w:r>
        <w:rPr>
          <w:color w:val="09224E"/>
        </w:rPr>
        <w:t>4. Resultaten en evaluatie</w:t>
      </w:r>
    </w:p>
    <w:p>
      <w:r>
        <w:t>Het traject verloopt naar omstandigheden goed. Mevrouw K. is actief en gemotiveerd, maar heeft nog geen concreet uitzicht op werk. De sollicitaties hebben tot nu toe niet tot een gesprek geleid. Zij blijft positief en wil graag weer aan de slag.</w:t>
      </w:r>
    </w:p>
    <w:p>
      <w:pPr>
        <w:pStyle w:val="Heading2"/>
      </w:pPr>
      <w:r>
        <w:rPr>
          <w:color w:val="09224E"/>
        </w:rPr>
        <w:t>5. Vervolg</w:t>
      </w:r>
    </w:p>
    <w:p>
      <w:r>
        <w:t>De begeleiding wordt de komende periode voortgezet. Mevrouw K. blijft solliciteren en we houden contact over passende mogelijkheden.</w:t>
      </w:r>
    </w:p>
    <w:p>
      <w:r>
        <w:t>Ondertekening: loopbaanprofessional, Lagarde &amp; You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