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i/>
          <w:color w:val="40506B"/>
          <w:sz w:val="16"/>
        </w:rPr>
        <w:t>KENNISBESTAND COPILOT NOTEBOOK · Mossel.ai Copilot Sprint · samengesteld uit openbare Microsoft-documentatie (Microsoft Learn en de M365-roadmap), stand juli 2026. Bedoeld als oefenbron in een Copilot Notebook.</w:t>
      </w:r>
    </w:p>
    <w:p>
      <w:r>
        <w:rPr>
          <w:b/>
          <w:color w:val="0F3B89"/>
          <w:sz w:val="38"/>
        </w:rPr>
        <w:t>Copilot Notebook: wat je ermee kunt maken</w:t>
      </w:r>
    </w:p>
    <w:p>
      <w:r>
        <w:rPr>
          <w:color w:val="4A2040"/>
          <w:sz w:val="23"/>
        </w:rPr>
        <w:t>Van vragen stellen tot documenten, mindmaps en een audio-overzicht</w:t>
      </w:r>
    </w:p>
    <w:p>
      <w:pPr>
        <w:spacing w:after="140"/>
      </w:pPr>
      <w:r>
        <w:t>Als de bronnen en de instructie op hun plek staan, kan een Copilot Notebook meer dan alleen antwoorden geven. Alles wat het maakt, staat gegrond op de bronnen die je hebt toegevoegd. Dit zijn de belangrijkste mogelijkheden.</w:t>
      </w:r>
    </w:p>
    <w:p>
      <w:r>
        <w:rPr>
          <w:b/>
          <w:color w:val="0F3B89"/>
          <w:sz w:val="27"/>
        </w:rPr>
        <w:t>Vragen stellen (de kern)</w:t>
      </w:r>
    </w:p>
    <w:p>
      <w:pPr>
        <w:spacing w:after="140"/>
      </w:pPr>
      <w:r>
        <w:t>Stel je vragen in de Notebook-chat. Vraag om een samenvatting, een vergelijking, een Q&amp;A-lijst, een overzicht van risico's of aannames. De antwoorden komen terug op je bronnen, met verwijzingen erbij. Dit is waar je de meeste tijd doorbrengt.</w:t>
      </w:r>
    </w:p>
    <w:p>
      <w:r>
        <w:rPr>
          <w:b/>
          <w:color w:val="0F3B89"/>
          <w:sz w:val="27"/>
        </w:rPr>
        <w:t>Een overzichtspagina met kerninzichten</w:t>
      </w:r>
    </w:p>
    <w:p>
      <w:pPr>
        <w:spacing w:after="140"/>
      </w:pPr>
      <w:r>
        <w:t>Een Notebook heeft een Overview-pagina die als landingspagina werkt: Copilot toont daar 'Key Insights' en een samenvatting van de hele Notebook, zodat je in een oogopslag ziet wat er in je bronnen staat.</w:t>
      </w:r>
    </w:p>
    <w:p>
      <w:r>
        <w:rPr>
          <w:b/>
          <w:color w:val="0F3B89"/>
          <w:sz w:val="27"/>
        </w:rPr>
        <w:t>Documenten, spreadsheets en presentaties genereren</w:t>
      </w:r>
    </w:p>
    <w:p>
      <w:pPr>
        <w:spacing w:after="140"/>
      </w:pPr>
      <w:r>
        <w:t>Uit de context van je Notebook kun je een concept laten maken en dat in de bijbehorende app afwerken. Via 'Create' of 'Quick create':</w:t>
      </w:r>
    </w:p>
    <w:p>
      <w:pPr>
        <w:pStyle w:val="ListBullet"/>
      </w:pPr>
      <w:r>
        <w:rPr>
          <w:b/>
        </w:rPr>
        <w:t>Word-document</w:t>
      </w:r>
      <w:r>
        <w:t xml:space="preserve"> een gestructureerd concept, gegrond op je bronnen, dat opent in Word.</w:t>
      </w:r>
    </w:p>
    <w:p>
      <w:pPr>
        <w:pStyle w:val="ListBullet"/>
      </w:pPr>
      <w:r>
        <w:rPr>
          <w:b/>
        </w:rPr>
        <w:t>Excel-spreadsheet</w:t>
      </w:r>
      <w:r>
        <w:t xml:space="preserve"> een gestructureerd overzicht dat opent in Excel.</w:t>
      </w:r>
    </w:p>
    <w:p>
      <w:pPr>
        <w:pStyle w:val="ListBullet"/>
      </w:pPr>
      <w:r>
        <w:rPr>
          <w:b/>
        </w:rPr>
        <w:t>PowerPoint-presentatie</w:t>
      </w:r>
      <w:r>
        <w:t xml:space="preserve"> een bewerkbare set slides die opent in PowerPoint.</w:t>
      </w:r>
    </w:p>
    <w:p>
      <w:pPr>
        <w:spacing w:after="140"/>
      </w:pPr>
      <w:r>
        <w:t>Copilot draagt soms zelf artefacten aan die passen bij je Notebook ('Suggested Artifact Creation'). Het blijft een concept: jij werkt het af en controleert het.</w:t>
      </w:r>
    </w:p>
    <w:p>
      <w:r>
        <w:rPr>
          <w:b/>
          <w:color w:val="0F3B89"/>
          <w:sz w:val="27"/>
        </w:rPr>
        <w:t>Mindmap</w:t>
      </w:r>
    </w:p>
    <w:p>
      <w:pPr>
        <w:spacing w:after="140"/>
      </w:pPr>
      <w:r>
        <w:t>Een Mindmap is een interactieve, visuele kaart van de onderwerpen, thema's en verbanden in je Notebook. Je klikt op een knooppunt voor een samenvatting en kunt via de chat doorvragen op dat knooppunt. Handig om een dossier snel te overzien.</w:t>
      </w:r>
    </w:p>
    <w:p>
      <w:r>
        <w:rPr>
          <w:b/>
          <w:color w:val="0F3B89"/>
          <w:sz w:val="27"/>
        </w:rPr>
        <w:t>Audio-overzicht</w:t>
      </w:r>
    </w:p>
    <w:p>
      <w:pPr>
        <w:spacing w:after="140"/>
      </w:pPr>
      <w:r>
        <w:t>Een Audio Overview is een gesproken samenvatting van je Notebook, in podcast-stijl met een of twee stemmen. Je kunt de stijl, de vorm en de duur sturen met een instructie in gewone taal. Prettig om een dossier te doornemen terwijl je onderweg bent.</w:t>
      </w:r>
    </w:p>
    <w:p>
      <w:r>
        <w:rPr>
          <w:b/>
          <w:color w:val="0F3B89"/>
          <w:sz w:val="27"/>
        </w:rPr>
        <w:t>Researcher</w:t>
      </w:r>
    </w:p>
    <w:p>
      <w:pPr>
        <w:spacing w:after="140"/>
      </w:pPr>
      <w:r>
        <w:t>Binnen een Notebook kun je Researcher inzetten voor diepgaand, meerstaps onderzoek over je bronnen en, waar dat mag, je bredere werkgegevens, zonder de Notebook te verlaten.</w:t>
      </w:r>
    </w:p>
    <w:p>
      <w:r>
        <w:rPr>
          <w:b/>
          <w:color w:val="0F3B89"/>
          <w:sz w:val="27"/>
        </w:rPr>
        <w:t>Delen</w:t>
      </w:r>
    </w:p>
    <w:p>
      <w:pPr>
        <w:spacing w:after="140"/>
      </w:pPr>
      <w:r>
        <w:t>Je kunt een Notebook delen met collega's. De bronnen, de instructies en de context gaan mee, zodat iedereen op dezelfde grond werkt. Je eigen chatgesprekken blijven daarbij prive; die worden niet meegedeeld.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0E263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